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דיפ-פייק וכיצד הוא נוצר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חשודים בתמונה, סרטון או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לעשות כשנתקלים בחשד לדיפ-פייק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קול שנוצרו או שונו בבינה מלאכותית כך שנראה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היום אפשר ליצור תמונה מזויפת שנראית אמיתית בכמה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 פרסם, איפה עוד דווח ומה הסיפור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סרטון מקומם שמגיע מחשבון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לזיהוי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(תנועות הפה לא מתאימות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(כיתובים מטושטשים עם אותיות לא הגיוניות)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(הצל נופל לכיוון לא הגיוני)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(קול שטוח ורובוטי בלי נשימות)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דיפ-פייק יכול להיות תמונה, סרטון או הקלטת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לעצור ולבדוק לפני שיתוף, לא לשתף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 כדרך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לדווח לפלטפורמה ולספר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רובוטי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כשיש חשד?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משתפים את התוכן, גם לא בשביל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את המקור המקורי באתרי חדשות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חיפוש תמונה הפוך כדי לבדוק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זה פוגע במישהו, מדווחים לפלטפורמה ומספרים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לציון: עצירה ואי שיתוף, בדיקת מקור ואתרי חדשות, חיפוש תמונה הפוך, בדיקת סימנים חזותיים כמו עיניים וידיים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שהטכנולוגיה משתפרת והסימנים נעלמים, לכן חשוב לבדוק מקור ואמינות הפרסום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תוכן שנוצר בבינה מלאכותית ונראה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מהסימנים: עיניים, ידיים, טקסט, אור וצל, קול, שפתיים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לשתף, לבדוק מקור וחיפוש הפוך, לדווח אם פוגע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תמונות (לא אמיתיות מהרשת) ולבקש מהתלמידים לאתר סימנים חשודים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במקרה דמיוני של סרטון מקומם ולתרגל יחד את סדר הפעולות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בעזרת בינה מלאכותית אפשר היום ליצור תוך שניות תמונות וסרטונים שנראים אמיתיים לגמרי, אבל הם מזויפים. בדף הזה נלמד לזהות סימנים חשודים ולדעת איך לבדוק את האמת.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צילום אמיתי שלא עבר 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סרטון, תמונה או קול שנוצרו או שונו בבינה מלאכותית כך שנראה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ישן מהארכיון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שצולמה במצלמה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הביטוי 'ראיתי במו עיניי' כבר לא מספיק?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אנשים שוכחים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היום אפשר ליצור תמונה מזויפת שנראית אמיתית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יותר מצלמות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אנשים לא רואים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הבדיקה החזקה ביותר לפי הדף, חזקה יותר מבדיקה בעין?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בדיקת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פרסם, איפה עוד דווח ומה הסיפור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הצפיות בסרטון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לחשוד בו במיוחד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 רגוע מחשבון ותיק ומוכר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מקומם שמגיע מחשבון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ישנה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עם הרבה לייקים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סימנים לזיהוי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הצל נופל לכיוון לא הגיוני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מצמוץ מוזר או מבט קפוא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שטוח ורובוטי בלי נשימות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וצל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תנועות הפה לא מתאימות למילים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כיתובים מטושטשים עם אותיות לא הגיוניות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הוא תמיד תמונה בלבד, לא יכול להיות סרטון או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החזותיים לזיהוי דיפ-פייק הולכים ונעלמים ככל שהטכנולוגיה משתפרת.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סרטון מקומם מאוד, כדאי לשתף אותו מיד כדי להזהיר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תמונה הפוך יכול לעזור לבדוק מקור של 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דיפ-פייק פוגע במישהו, אין צורך לדווח על כך.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דיפ-פייק נוצר בעזרת __________ מלאכותית.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סימן חשוד בעיניים הוא מצמוץ מוזר או מבט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לשים לב אם הצל נופל ל__________ לא הגיוני.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קול מזויף עלול להישמע שטוח ו__________, בלי נשימות.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חשד לדיפ-פייק, הדבר הראשון שלא עושים הוא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כשיש חשד?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חיפוש תמונה הפוך כדי לבדוק 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משתפים את התוכן, גם לא בשביל צחוק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פוגע במישהו, מדווחים לפלטפורמה ומספרים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את המקור המקורי באתרי חדשות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הודעה עם תמונה מזעזעת של אדם מוכר שעושה משהו מוזר. כתבו שלושה צעדים שתעשו לפני שתחליטו אם להאמין או לשתף.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לא מספיק להסתכל רק על הסימנים החזותיים כדי לזהות דיפ-פייק.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דיפ-פייק,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כשנתקלים בחשד לדיפ-פייק, לפני שמשתפים?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דיפ-פייק ותמונות מזויפות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