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דיפ-פייק ותמונות מזויפות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דיפ-פייק וכיצד הוא נוצר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חשודים בתמונה, סרטון או הקלטה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לעשות כשנתקלים בחשד לדיפ-פייק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סרטון, תמונה או קול שנוצרו או שונו בבינה מלאכותית כך שנראה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היום אפשר ליצור תמונה מזויפת שנראית אמיתית בכמה שניות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סימנים לזיהוי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(תנועות הפה לא מתאימות למילים)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(מצמוץ מוזר או מבט קפוא)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(אצבעות מיותרות או ידיים מעוותות)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(כיתובים מטושטשים עם אותיות לא הגיוניות)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דיפ-פייק יכול להיות תמונה, סרטון או הקלטת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בדף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בדף כדרך לבדיקה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קפוא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עושים כשיש חשד?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משתפים את התוכן, גם לא בשביל צחוק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את המקור המקורי באתרי חדשות מוכרים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מבצעים חיפוש תמונה הפוך כדי לבדוק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זה פוגע במישהו, מדווחים לפלטפורמה ומספרים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לציון: עצירה ואי שיתוף, בדיקת מקור ואתרי חדשות, חיפוש תמונה הפוך, בדיקת סימנים חזותיים כמו עיניים וידיים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בסיסית: תוכן שנוצר בבינה מלאכותית ונראה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שניים מהסימנים: עיניים, ידיים, טקסט, אור וצל, קול, שפתיים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לשתף, לבדוק מקור וחיפוש הפוך, לדווח אם פוגע במישהו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דוגמאות תמונות (לא אמיתיות מהרשת) ולבקש מהתלמידים לאתר סימנים חשודים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במקרה דמיוני של סרטון מקומם ולתרגל יחד את סדר הפעולות הנכון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דיפ-פייק ותמונות מזויפות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בעזרת בינה מלאכותית אפשר היום ליצור תוך שניות תמונות וסרטונים שנראים אמיתיים לגמרי, אבל הם מזויפים. בדף הזה נלמד לזהות סימנים חשודים ולדעת איך לבדוק את האמת.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כיוון  ·  קפוא  ·  בינה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דיפ-פייק?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צילום אמיתי שלא עבר עריכה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סרטון, תמונה או קול שנוצרו או שונו בבינה מלאכותית כך שנראה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סרטון ישן מהארכיון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הביטוי 'ראיתי במו עיניי' כבר לא מספיק?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אנשים שוכחים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היום אפשר ליצור תמונה מזויפת שנראית אמיתית בכמה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אין יותר מצלמות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סימנים לזיהוי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שפתיים וקול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כיתובים מטושטשים עם אותיות לא הגיוניות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עיניים ומצמוץ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אצבעות מיותרות או ידיים מעוותות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ידיים ואצבעות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מצמוץ מוזר או מבט קפוא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טקסט ברקע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תנועות הפה לא מתאימות למילים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דיפ-פייק הוא תמיד תמונה בלבד, לא יכול להיות סרטון או קול.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הסימנים החזותיים לזיהוי דיפ-פייק הולכים ונעלמים ככל שהטכנולוגיה משתפרת.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חיפוש תמונה הפוך יכול לעזור לבדוק מקור של תמונה.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דיפ-פייק נוצר בעזרת __________ מלאכותית.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סימן חשוד בעיניים הוא מצמוץ מוזר או מבט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כדאי לשים לב אם הצל נופל ל__________ לא הגיוני.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עושים כשיש חשד?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מבצעים חיפוש תמונה הפוך כדי לבדוק מקור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 משתפים את התוכן, גם לא בשביל צחוק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זה פוגע במישהו, מדווחים לפלטפורמה ומספרים למבוגר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מחפשים את המקור המקורי באתרי חדשות מוכרים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קיבלתם הודעה עם תמונה מזעזעת של אדם מוכר שעושה משהו מוזר. כתבו שלושה צעדים שתעשו לפני שתחליטו אם להאמין או לשתף.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דיפ-פייק,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שני סימנים שיכולים להעיד על דיפ-פייק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דיפ-פייק ותמונות מזויפות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